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E3A5F"/>
          <w:sz w:val="40"/>
        </w:rPr>
        <w:t>POUVOIR</w:t>
      </w:r>
    </w:p>
    <w:p>
      <w:pPr>
        <w:spacing w:after="40"/>
        <w:jc w:val="center"/>
      </w:pPr>
      <w:r>
        <w:rPr>
          <w:rFonts w:ascii="Arial" w:hAnsi="Arial"/>
          <w:i w:val="0"/>
          <w:color w:val="1E3A5F"/>
          <w:sz w:val="24"/>
        </w:rPr>
        <w:t>Assemblée Générale Extraordinaire de l'ACAPSE</w:t>
      </w:r>
    </w:p>
    <w:p>
      <w:pPr>
        <w:spacing w:after="40"/>
        <w:jc w:val="center"/>
      </w:pPr>
      <w:r>
        <w:rPr>
          <w:rFonts w:ascii="Arial" w:hAnsi="Arial"/>
          <w:i/>
          <w:color w:val="404040"/>
          <w:sz w:val="22"/>
        </w:rPr>
        <w:t>Lundi 26 octobre 2026</w:t>
      </w:r>
    </w:p>
    <w:p>
      <w:pPr>
        <w:spacing w:after="200"/>
      </w:pPr>
    </w:p>
    <w:p>
      <w:pPr>
        <w:spacing w:after="160"/>
      </w:pPr>
      <w:r>
        <w:rPr>
          <w:rFonts w:ascii="Arial" w:hAnsi="Arial"/>
          <w:b w:val="0"/>
          <w:i w:val="0"/>
          <w:sz w:val="22"/>
        </w:rPr>
        <w:t>Je soussigné(e),</w:t>
      </w:r>
    </w:p>
    <w:p>
      <w:pPr>
        <w:spacing w:after="80"/>
      </w:pPr>
      <w:r>
        <w:rPr>
          <w:rFonts w:ascii="Arial" w:hAnsi="Arial"/>
          <w:b/>
          <w:i w:val="0"/>
          <w:sz w:val="22"/>
        </w:rPr>
        <w:t>Nom et prénom :</w:t>
      </w:r>
    </w:p>
    <w:p>
      <w:pPr>
        <w:spacing w:after="120"/>
      </w:pPr>
      <w:r>
        <w:rPr>
          <w:rFonts w:ascii="Arial" w:hAnsi="Arial"/>
          <w:sz w:val="22"/>
        </w:rPr>
        <w:t>..........................................................................................</w:t>
      </w:r>
    </w:p>
    <w:p>
      <w:pPr>
        <w:spacing w:after="200"/>
      </w:pPr>
      <w:r>
        <w:rPr>
          <w:rFonts w:ascii="Arial" w:hAnsi="Arial"/>
          <w:b w:val="0"/>
          <w:i w:val="0"/>
          <w:sz w:val="22"/>
        </w:rPr>
        <w:t>adhérent(e) de l'ACAPSE,</w:t>
      </w:r>
    </w:p>
    <w:p>
      <w:pPr>
        <w:spacing w:after="160"/>
      </w:pPr>
      <w:r>
        <w:rPr>
          <w:rFonts w:ascii="Arial" w:hAnsi="Arial"/>
          <w:b w:val="0"/>
          <w:i w:val="0"/>
          <w:sz w:val="22"/>
        </w:rPr>
        <w:t>donne pouvoir à :</w:t>
      </w:r>
    </w:p>
    <w:p>
      <w:pPr>
        <w:spacing w:after="80"/>
      </w:pPr>
      <w:r>
        <w:rPr>
          <w:rFonts w:ascii="Arial" w:hAnsi="Arial"/>
          <w:b/>
          <w:i w:val="0"/>
          <w:sz w:val="22"/>
        </w:rPr>
        <w:t>Nom et prénom :</w:t>
      </w:r>
    </w:p>
    <w:p>
      <w:pPr>
        <w:spacing w:after="120"/>
      </w:pPr>
      <w:r>
        <w:rPr>
          <w:rFonts w:ascii="Arial" w:hAnsi="Arial"/>
          <w:sz w:val="22"/>
        </w:rPr>
        <w:t>..........................................................................................</w:t>
      </w:r>
    </w:p>
    <w:p>
      <w:pPr>
        <w:spacing w:after="200"/>
      </w:pPr>
      <w:r>
        <w:rPr>
          <w:rFonts w:ascii="Arial" w:hAnsi="Arial"/>
          <w:b w:val="0"/>
          <w:i w:val="0"/>
          <w:sz w:val="22"/>
        </w:rPr>
        <w:t>également adhérent(e) de l'ACAPSE, à l'effet de me représenter à l'Assemblée Générale Extraordinaire du lundi 26 octobre 2026, et de prendre part en mon nom à toutes les délibérations et votes figurant à l'ordre du jour.</w:t>
      </w:r>
    </w:p>
    <w:p>
      <w:pPr>
        <w:spacing w:after="280"/>
      </w:pPr>
      <w:r>
        <w:rPr>
          <w:rFonts w:ascii="Arial" w:hAnsi="Arial"/>
          <w:b w:val="0"/>
          <w:i/>
          <w:sz w:val="20"/>
        </w:rPr>
        <w:t>Conformément à l'article 11.4 des statuts, chaque membre présent ne peut être porteur que de trois (3) pouvoirs au maximum.</w:t>
      </w:r>
    </w:p>
    <w:p>
      <w:pPr>
        <w:spacing w:after="240"/>
      </w:pPr>
      <w:r>
        <w:rPr>
          <w:rFonts w:ascii="Arial" w:hAnsi="Arial"/>
          <w:b/>
          <w:i w:val="0"/>
          <w:sz w:val="22"/>
        </w:rPr>
        <w:t>Fait à ................................................., le ........................................ 2026</w:t>
      </w:r>
    </w:p>
    <w:p>
      <w:pPr>
        <w:spacing w:after="120"/>
      </w:pPr>
      <w:r>
        <w:rPr>
          <w:rFonts w:ascii="Arial" w:hAnsi="Arial"/>
          <w:b w:val="0"/>
          <w:i w:val="0"/>
          <w:sz w:val="22"/>
        </w:rPr>
        <w:t>Signature (précédée de la mention manuscrite « Bon pour pouvoir ») :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